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PrintLab — каталог идей для электрики, слаботочки и электроники</w:t>
      </w:r>
    </w:p>
    <w:p>
      <w:r>
        <w:t>3D-печать корпусов, держателей, кабельных аксессуаров и оснастки для низковольтных проектов. Фото — примеры формы; размеры, цвет и материал подбираются под задачу.</w:t>
      </w:r>
    </w:p>
    <w:p>
      <w:pPr>
        <w:pStyle w:val="Heading1"/>
      </w:pPr>
      <w:r>
        <w:t>Корпуса низковольтных проектов</w:t>
      </w:r>
    </w:p>
    <w:p>
      <w:pPr>
        <w:jc w:val="center"/>
      </w:pPr>
      <w:r>
        <w:rPr>
          <w:b/>
        </w:rPr>
        <w:t>Корпус ESP32</w:t>
      </w:r>
    </w:p>
    <w:p>
      <w:r>
        <w:drawing>
          <wp:inline xmlns:a="http://schemas.openxmlformats.org/drawingml/2006/main" xmlns:pic="http://schemas.openxmlformats.org/drawingml/2006/picture">
            <wp:extent cx="4480560" cy="207065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_Корпус_ESP3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0706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 Arduino</w:t>
      </w:r>
    </w:p>
    <w:p>
      <w:r>
        <w:drawing>
          <wp:inline xmlns:a="http://schemas.openxmlformats.org/drawingml/2006/main" xmlns:pic="http://schemas.openxmlformats.org/drawingml/2006/picture">
            <wp:extent cx="4480560" cy="298597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_Корпус_Arduin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5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 Raspberry Pi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3_Корпус_Raspberry_Pi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 датчика температуры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4_Корпус_датчика_температуры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 датчика влажности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5_Корпус_датчика_влажности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 датчика освещённости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6_Корпус_датчика_освещ_нности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 датчика протечки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7_Корпус_датчика_протечки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 счётчика импульсов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8_Корпус_сч_тчика_импульсов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 низковольтного контроллера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9_Корпус_низковольтного_контроллера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 USB-тестера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0_Корпус_USB-тестера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 кнопки вызова</w:t>
      </w:r>
    </w:p>
    <w:p>
      <w:r>
        <w:drawing>
          <wp:inline xmlns:a="http://schemas.openxmlformats.org/drawingml/2006/main" xmlns:pic="http://schemas.openxmlformats.org/drawingml/2006/picture">
            <wp:extent cx="4480560" cy="280035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1_Корпус_кнопки_вызова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800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 радиомаяка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2_Корпус_радиомаяка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Монтаж малых модулей</w:t>
      </w:r>
    </w:p>
    <w:p>
      <w:pPr>
        <w:jc w:val="center"/>
      </w:pPr>
      <w:r>
        <w:rPr>
          <w:b/>
        </w:rPr>
        <w:t>Переходная монтажная пластина</w:t>
      </w:r>
    </w:p>
    <w:p>
      <w:r>
        <w:drawing>
          <wp:inline xmlns:a="http://schemas.openxmlformats.org/drawingml/2006/main" xmlns:pic="http://schemas.openxmlformats.org/drawingml/2006/picture">
            <wp:extent cx="4480560" cy="660727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3_Переходная_монтажная_пластина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66072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платы на стойках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4_Держатель_платы_на_стойках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Уголок платы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5_Уголок_платы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Защёлка крышки электронного корпуса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6_Защ_лка_крышки_электронного_корпуса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Съёмная панель разъёмов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7_Съ_мная_панель_разъ_мов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макетной платы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8_Держатель_макетной_платы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Крепление к перфорированной панели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9_Крепление_к_перфорированной_панели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низковольтного модуля на DIN-рейке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0_Держатель_низковольтного_модуля_на_DIN-рейке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Проставка под плату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1_Проставка_под_плату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Монтажный шаблон датчика</w:t>
      </w:r>
    </w:p>
    <w:p>
      <w:r>
        <w:drawing>
          <wp:inline xmlns:a="http://schemas.openxmlformats.org/drawingml/2006/main" xmlns:pic="http://schemas.openxmlformats.org/drawingml/2006/picture">
            <wp:extent cx="4480560" cy="158686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2_Монтажный_шаблон_датчика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15868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Коробка для открытого учебного стенда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3_Коробка_для_открытого_учебного_стенда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Салазки съёмного модуля</w:t>
      </w:r>
    </w:p>
    <w:p>
      <w:r>
        <w:drawing>
          <wp:inline xmlns:a="http://schemas.openxmlformats.org/drawingml/2006/main" xmlns:pic="http://schemas.openxmlformats.org/drawingml/2006/picture">
            <wp:extent cx="4480560" cy="4625094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4_Салазки_съ_много_модуля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6250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Кабели и маркировка</w:t>
      </w:r>
    </w:p>
    <w:p>
      <w:pPr>
        <w:jc w:val="center"/>
      </w:pPr>
      <w:r>
        <w:rPr>
          <w:b/>
        </w:rPr>
        <w:t>Клипса USB-кабеля</w:t>
      </w:r>
    </w:p>
    <w:p>
      <w:r>
        <w:drawing>
          <wp:inline xmlns:a="http://schemas.openxmlformats.org/drawingml/2006/main" xmlns:pic="http://schemas.openxmlformats.org/drawingml/2006/picture">
            <wp:extent cx="4480560" cy="336126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5_Клипса_USB-кабеля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1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Ethernet-кабеля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6_Держатель_Ethernet-кабеля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Бирка кабельного жгута</w:t>
      </w:r>
    </w:p>
    <w:p>
      <w:r>
        <w:drawing>
          <wp:inline xmlns:a="http://schemas.openxmlformats.org/drawingml/2006/main" xmlns:pic="http://schemas.openxmlformats.org/drawingml/2006/picture">
            <wp:extent cx="4480560" cy="6576969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7_Бирка_кабельного_жгута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65769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Кольцевая маркировка провода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8_Кольцевая_маркировка_провода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Кабельная гребёнка</w:t>
      </w:r>
    </w:p>
    <w:p>
      <w:r>
        <w:drawing>
          <wp:inline xmlns:a="http://schemas.openxmlformats.org/drawingml/2006/main" xmlns:pic="http://schemas.openxmlformats.org/drawingml/2006/picture">
            <wp:extent cx="4480560" cy="298704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9_Кабельная_греб_нка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7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патч-кордов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0_Органайзер_патч-кордов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Направляющая оптоволокна с заданным радиусом</w:t>
      </w:r>
    </w:p>
    <w:p>
      <w:r>
        <w:drawing>
          <wp:inline xmlns:a="http://schemas.openxmlformats.org/drawingml/2006/main" xmlns:pic="http://schemas.openxmlformats.org/drawingml/2006/picture">
            <wp:extent cx="4480560" cy="346323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1_Направляющая_оптоволокна_с_заданным_радиусом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4632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Защита отключённого разъёма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2_Защита_отключ_нного_разъ_ма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Пылевой колпачок порта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3_Пылевой_колпачок_порта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Ненагруженная цепь кабелеукладки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4_Ненагруженная_цепь_кабелеукладки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петли запаса кабеля</w:t>
      </w:r>
    </w:p>
    <w:p>
      <w:r>
        <w:drawing>
          <wp:inline xmlns:a="http://schemas.openxmlformats.org/drawingml/2006/main" xmlns:pic="http://schemas.openxmlformats.org/drawingml/2006/picture">
            <wp:extent cx="4480560" cy="298704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5_Держатель_петли_запаса_кабеля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7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Разъёмная декоративная проходная втулка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6_Разъ_мная_декоративная_проходная_втулка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Умный дом</w:t>
      </w:r>
    </w:p>
    <w:p>
      <w:pPr>
        <w:jc w:val="center"/>
      </w:pPr>
      <w:r>
        <w:rPr>
          <w:b/>
        </w:rPr>
        <w:t>Угловая площадка датчика движения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_Угловая_площадка_датчика_движения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датчика открытия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8_Держатель_датчика_открытия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Проставка магнита датчика</w:t>
      </w:r>
    </w:p>
    <w:p>
      <w:r>
        <w:drawing>
          <wp:inline xmlns:a="http://schemas.openxmlformats.org/drawingml/2006/main" xmlns:pic="http://schemas.openxmlformats.org/drawingml/2006/picture">
            <wp:extent cx="4480560" cy="4254538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9_Проставка_магнита_датчика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2545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Крепление пульта умного дома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_Крепление_пульта_умного_дома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Настольная подставка дисплея</w:t>
      </w:r>
    </w:p>
    <w:p>
      <w:r>
        <w:drawing>
          <wp:inline xmlns:a="http://schemas.openxmlformats.org/drawingml/2006/main" xmlns:pic="http://schemas.openxmlformats.org/drawingml/2006/picture">
            <wp:extent cx="4480560" cy="4411628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_Настольная_подставка_дисплея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11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Козырёк датчика наружной температуры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_Козыр_к_датчика_наружной_температуры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Вентилируемый экран метеодатчика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_Вентилируемый_экран_метеодатчика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Настенный держатель хаба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_Настенный_держатель_хаба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Кронштейн малой камеры в помещении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_Кронштейн_малой_камеры_в_помещении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Угловая проставка видеодомофона</w:t>
      </w:r>
    </w:p>
    <w:p>
      <w:r>
        <w:drawing>
          <wp:inline xmlns:a="http://schemas.openxmlformats.org/drawingml/2006/main" xmlns:pic="http://schemas.openxmlformats.org/drawingml/2006/picture">
            <wp:extent cx="4480560" cy="6233823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_Угловая_проставка_видеодомофона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62338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Рамка информационного экрана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_Рамка_информационного_экрана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радиодатчика на трубе без вмешательства в трубу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_Держатель_радиодатчика_на_трубе_без_вмешательства_в_трубу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Панели управления</w:t>
      </w:r>
    </w:p>
    <w:p>
      <w:pPr>
        <w:jc w:val="center"/>
      </w:pPr>
      <w:r>
        <w:rPr>
          <w:b/>
        </w:rPr>
        <w:t>Ручка энкодера</w:t>
      </w:r>
    </w:p>
    <w:p>
      <w:r>
        <w:drawing>
          <wp:inline xmlns:a="http://schemas.openxmlformats.org/drawingml/2006/main" xmlns:pic="http://schemas.openxmlformats.org/drawingml/2006/picture">
            <wp:extent cx="4480560" cy="2694737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_Ручка_энкодера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6947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Колпачок низковольтной кнопки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_Колпачок_низковольтной_кнопки.jp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Лицевая панель учебного пульта</w:t>
      </w:r>
    </w:p>
    <w:p>
      <w:r>
        <w:drawing>
          <wp:inline xmlns:a="http://schemas.openxmlformats.org/drawingml/2006/main" xmlns:pic="http://schemas.openxmlformats.org/drawingml/2006/picture">
            <wp:extent cx="4480560" cy="6180083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_Лицевая_панель_учебного_пульта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61800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Световод индикатора — опытный образец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_Световод_индикатора_опытный_образец.jp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Рамка OLED-дисплея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_Рамка_OLED-дисплея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Козырёк LCD-дисплея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_Козыр_к_LCD-дисплея.jp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джойстика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_Держатель_джойстика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Подписи кнопок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_Подписи_кнопок.jp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Тактильная метка регулятора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_Тактильная_метка_регулятора.jp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Заглушка неиспользуемого окна панели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_Заглушка_неиспользуемого_окна_панели.jp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Съёмная легенда переключателя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_Съ_мная_легенда_переключателя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Кронштейн малой сигнальной лампы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_Кронштейн_малой_сигнальной_лампы.jp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Пайка и сборка</w:t>
      </w:r>
    </w:p>
    <w:p>
      <w:pPr>
        <w:jc w:val="center"/>
      </w:pPr>
      <w:r>
        <w:rPr>
          <w:b/>
        </w:rPr>
        <w:t>Катушка-держатель припоя</w:t>
      </w:r>
    </w:p>
    <w:p>
      <w:r>
        <w:drawing>
          <wp:inline xmlns:a="http://schemas.openxmlformats.org/drawingml/2006/main" xmlns:pic="http://schemas.openxmlformats.org/drawingml/2006/picture">
            <wp:extent cx="4480560" cy="3265574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_Катушка-держатель_припоя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2655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обрезков провода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_Лоток_обрезков_провода.jp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термоусадки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3_Органайзер_термоусадки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холодной платы для сборки</w:t>
      </w:r>
    </w:p>
    <w:p>
      <w:r>
        <w:drawing>
          <wp:inline xmlns:a="http://schemas.openxmlformats.org/drawingml/2006/main" xmlns:pic="http://schemas.openxmlformats.org/drawingml/2006/picture">
            <wp:extent cx="4480560" cy="2893162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4_Держатель_холодной_платы_для_сборки.jp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8931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Кассета SMD-контейнеров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5_Кассета_SMD-контейнеров.jp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резисторов</w:t>
      </w:r>
    </w:p>
    <w:p>
      <w:r>
        <w:drawing>
          <wp:inline xmlns:a="http://schemas.openxmlformats.org/drawingml/2006/main" xmlns:pic="http://schemas.openxmlformats.org/drawingml/2006/picture">
            <wp:extent cx="4480560" cy="5982056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6_Органайзер_резисторов.jp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820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Органайзер конденсаторов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7_Органайзер_конденсаторов.jp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пинцетов в хранении</w:t>
      </w:r>
    </w:p>
    <w:p>
      <w:r>
        <w:drawing>
          <wp:inline xmlns:a="http://schemas.openxmlformats.org/drawingml/2006/main" xmlns:pic="http://schemas.openxmlformats.org/drawingml/2006/picture">
            <wp:extent cx="4480560" cy="2989174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8_Держатель_пинцетов_в_хранении.jp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91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флакона флюса</w:t>
      </w:r>
    </w:p>
    <w:p>
      <w:r>
        <w:drawing>
          <wp:inline xmlns:a="http://schemas.openxmlformats.org/drawingml/2006/main" xmlns:pic="http://schemas.openxmlformats.org/drawingml/2006/picture">
            <wp:extent cx="4480560" cy="3365679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9_Подставка_флакона_флюса.jp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56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увеличительной линзы</w:t>
      </w:r>
    </w:p>
    <w:p>
      <w:r>
        <w:drawing>
          <wp:inline xmlns:a="http://schemas.openxmlformats.org/drawingml/2006/main" xmlns:pic="http://schemas.openxmlformats.org/drawingml/2006/picture">
            <wp:extent cx="4480560" cy="3540196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0_Держатель_увеличительной_линзы.jp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5401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Шаблон изгиба выводов</w:t>
      </w:r>
    </w:p>
    <w:p>
      <w:r>
        <w:drawing>
          <wp:inline xmlns:a="http://schemas.openxmlformats.org/drawingml/2006/main" xmlns:pic="http://schemas.openxmlformats.org/drawingml/2006/picture">
            <wp:extent cx="4480560" cy="4907514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1_Шаблон_изгиба_выводов.jp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9075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Сборочный ложемент разъёма</w:t>
      </w:r>
    </w:p>
    <w:p>
      <w:r>
        <w:drawing>
          <wp:inline xmlns:a="http://schemas.openxmlformats.org/drawingml/2006/main" xmlns:pic="http://schemas.openxmlformats.org/drawingml/2006/picture">
            <wp:extent cx="4480560" cy="3497022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2_Сборочный_ложемент_разъ_ма.jp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4970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Приборы и лаборатория</w:t>
      </w:r>
    </w:p>
    <w:p>
      <w:pPr>
        <w:jc w:val="center"/>
      </w:pPr>
      <w:r>
        <w:rPr>
          <w:b/>
        </w:rPr>
        <w:t>Настольный наклонный держатель мультиметра</w:t>
      </w:r>
    </w:p>
    <w:p>
      <w:r>
        <w:drawing>
          <wp:inline xmlns:a="http://schemas.openxmlformats.org/drawingml/2006/main" xmlns:pic="http://schemas.openxmlformats.org/drawingml/2006/picture">
            <wp:extent cx="4480560" cy="9622679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3_Настольный_наклонный_держатель_мультиметра.jp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96226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Бампер карманного измерителя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4_Бампер_карманного_измерителя.jp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осциллографических кабелей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5_Держатель_осциллографических_кабелей.jp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Лоток измерительных зажимов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6_Лоток_измерительных_зажимов.jp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Подставка логического анализатора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7_Подставка_логического_анализатора.jp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Коробка адаптеров USB-UART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8_Коробка_адаптеров_USB-UART.jp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Заглушка гнезда переносного прибора</w:t>
      </w:r>
    </w:p>
    <w:p>
      <w:r>
        <w:drawing>
          <wp:inline xmlns:a="http://schemas.openxmlformats.org/drawingml/2006/main" xmlns:pic="http://schemas.openxmlformats.org/drawingml/2006/picture">
            <wp:extent cx="4480560" cy="4192337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9_Заглушка_гнезда_переносного_прибора.jp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1923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Сменная ножка корпуса</w:t>
      </w:r>
    </w:p>
    <w:p>
      <w:r>
        <w:drawing>
          <wp:inline xmlns:a="http://schemas.openxmlformats.org/drawingml/2006/main" xmlns:pic="http://schemas.openxmlformats.org/drawingml/2006/picture">
            <wp:extent cx="4480560" cy="4860268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0_Сменная_ножка_корпуса.jp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8602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Ручка переносного лёгкого корпуса</w:t>
      </w:r>
    </w:p>
    <w:p>
      <w:r>
        <w:drawing>
          <wp:inline xmlns:a="http://schemas.openxmlformats.org/drawingml/2006/main" xmlns:pic="http://schemas.openxmlformats.org/drawingml/2006/picture">
            <wp:extent cx="4480560" cy="9132356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1_Ручка_переносного_л_гкого_корпуса.jp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91323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зарядного кабеля</w:t>
      </w:r>
    </w:p>
    <w:p>
      <w:r>
        <w:drawing>
          <wp:inline xmlns:a="http://schemas.openxmlformats.org/drawingml/2006/main" xmlns:pic="http://schemas.openxmlformats.org/drawingml/2006/picture">
            <wp:extent cx="4480560" cy="2931032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2_Держатель_зарядного_кабеля.jp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310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Маркировка калибровочных образцов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3_Маркировка_калибровочных_образцов.jp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Стойка демонстрационной платы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4_Стойка_демонстрационной_платы.jp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Радио и учебная робототехника</w:t>
      </w:r>
    </w:p>
    <w:p>
      <w:pPr>
        <w:jc w:val="center"/>
      </w:pPr>
      <w:r>
        <w:rPr>
          <w:b/>
        </w:rPr>
        <w:t>Держатель антенны настольного приёмника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5_Держатель_антенны_настольного_при_мника.jp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Корпус радиоприёмника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6_Корпус_радиопри_мника.jp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Панель аудиоразъёмов</w:t>
      </w:r>
    </w:p>
    <w:p>
      <w:r>
        <w:drawing>
          <wp:inline xmlns:a="http://schemas.openxmlformats.org/drawingml/2006/main" xmlns:pic="http://schemas.openxmlformats.org/drawingml/2006/picture">
            <wp:extent cx="4480560" cy="298704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7_Панель_аудиоразъ_мов.jp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2987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Рамка мини-динамика</w:t>
      </w:r>
    </w:p>
    <w:p>
      <w:r>
        <w:drawing>
          <wp:inline xmlns:a="http://schemas.openxmlformats.org/drawingml/2006/main" xmlns:pic="http://schemas.openxmlformats.org/drawingml/2006/picture">
            <wp:extent cx="4480560" cy="597408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8_Рамка_мини-динамика.jp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97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Держатель сервопривода учебного робота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9_Держатель_сервопривода_учебного_робота.jp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Кронштейн ультразвукового датчика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0_Кронштейн_ультразвукового_датчика.jp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Крепление линии датчиков робота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1_Крепление_линии_датчиков_робота.jp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Учебная шестерня</w:t>
      </w:r>
    </w:p>
    <w:p>
      <w:r>
        <w:drawing>
          <wp:inline xmlns:a="http://schemas.openxmlformats.org/drawingml/2006/main" xmlns:pic="http://schemas.openxmlformats.org/drawingml/2006/picture">
            <wp:extent cx="4480560" cy="4466603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2_Учебная_шестерня.jp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666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Учебная рейка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3_Учебная_рейка.jp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Колесо маленького учебного робота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4_Колесо_маленького_учебного_робота.jp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Ступица колеса малой нагрузки</w:t>
      </w:r>
    </w:p>
    <w:p>
      <w:r>
        <w:drawing>
          <wp:inline xmlns:a="http://schemas.openxmlformats.org/drawingml/2006/main" xmlns:pic="http://schemas.openxmlformats.org/drawingml/2006/picture">
            <wp:extent cx="4480560" cy="448056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5_Ступица_колеса_малой_нагрузки.jp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448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Бампер учебного робота</w:t>
      </w:r>
    </w:p>
    <w:p>
      <w:r>
        <w:drawing>
          <wp:inline xmlns:a="http://schemas.openxmlformats.org/drawingml/2006/main" xmlns:pic="http://schemas.openxmlformats.org/drawingml/2006/picture">
            <wp:extent cx="4480560" cy="3365679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6_Бампер_учебного_робота.jp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336567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image" Target="media/image48.jpg"/><Relationship Id="rId57" Type="http://schemas.openxmlformats.org/officeDocument/2006/relationships/image" Target="media/image49.jpg"/><Relationship Id="rId58" Type="http://schemas.openxmlformats.org/officeDocument/2006/relationships/image" Target="media/image50.jpg"/><Relationship Id="rId59" Type="http://schemas.openxmlformats.org/officeDocument/2006/relationships/image" Target="media/image51.jpg"/><Relationship Id="rId60" Type="http://schemas.openxmlformats.org/officeDocument/2006/relationships/image" Target="media/image52.jpg"/><Relationship Id="rId61" Type="http://schemas.openxmlformats.org/officeDocument/2006/relationships/image" Target="media/image53.jpg"/><Relationship Id="rId62" Type="http://schemas.openxmlformats.org/officeDocument/2006/relationships/image" Target="media/image54.jpg"/><Relationship Id="rId63" Type="http://schemas.openxmlformats.org/officeDocument/2006/relationships/image" Target="media/image55.jpg"/><Relationship Id="rId64" Type="http://schemas.openxmlformats.org/officeDocument/2006/relationships/image" Target="media/image56.jpg"/><Relationship Id="rId65" Type="http://schemas.openxmlformats.org/officeDocument/2006/relationships/image" Target="media/image57.jpg"/><Relationship Id="rId66" Type="http://schemas.openxmlformats.org/officeDocument/2006/relationships/image" Target="media/image58.jpg"/><Relationship Id="rId67" Type="http://schemas.openxmlformats.org/officeDocument/2006/relationships/image" Target="media/image59.jpg"/><Relationship Id="rId68" Type="http://schemas.openxmlformats.org/officeDocument/2006/relationships/image" Target="media/image60.jpg"/><Relationship Id="rId69" Type="http://schemas.openxmlformats.org/officeDocument/2006/relationships/image" Target="media/image61.jpg"/><Relationship Id="rId70" Type="http://schemas.openxmlformats.org/officeDocument/2006/relationships/image" Target="media/image62.jpg"/><Relationship Id="rId71" Type="http://schemas.openxmlformats.org/officeDocument/2006/relationships/image" Target="media/image63.jpg"/><Relationship Id="rId72" Type="http://schemas.openxmlformats.org/officeDocument/2006/relationships/image" Target="media/image64.jpg"/><Relationship Id="rId73" Type="http://schemas.openxmlformats.org/officeDocument/2006/relationships/image" Target="media/image65.jpg"/><Relationship Id="rId74" Type="http://schemas.openxmlformats.org/officeDocument/2006/relationships/image" Target="media/image66.jpg"/><Relationship Id="rId75" Type="http://schemas.openxmlformats.org/officeDocument/2006/relationships/image" Target="media/image67.jpg"/><Relationship Id="rId76" Type="http://schemas.openxmlformats.org/officeDocument/2006/relationships/image" Target="media/image68.jpg"/><Relationship Id="rId77" Type="http://schemas.openxmlformats.org/officeDocument/2006/relationships/image" Target="media/image69.jpg"/><Relationship Id="rId78" Type="http://schemas.openxmlformats.org/officeDocument/2006/relationships/image" Target="media/image70.jpg"/><Relationship Id="rId79" Type="http://schemas.openxmlformats.org/officeDocument/2006/relationships/image" Target="media/image71.jpg"/><Relationship Id="rId80" Type="http://schemas.openxmlformats.org/officeDocument/2006/relationships/image" Target="media/image72.jpg"/><Relationship Id="rId81" Type="http://schemas.openxmlformats.org/officeDocument/2006/relationships/image" Target="media/image73.jpg"/><Relationship Id="rId82" Type="http://schemas.openxmlformats.org/officeDocument/2006/relationships/image" Target="media/image74.jpg"/><Relationship Id="rId83" Type="http://schemas.openxmlformats.org/officeDocument/2006/relationships/image" Target="media/image75.jpg"/><Relationship Id="rId84" Type="http://schemas.openxmlformats.org/officeDocument/2006/relationships/image" Target="media/image76.jpg"/><Relationship Id="rId85" Type="http://schemas.openxmlformats.org/officeDocument/2006/relationships/image" Target="media/image77.jpg"/><Relationship Id="rId86" Type="http://schemas.openxmlformats.org/officeDocument/2006/relationships/image" Target="media/image78.jpg"/><Relationship Id="rId87" Type="http://schemas.openxmlformats.org/officeDocument/2006/relationships/image" Target="media/image79.jpg"/><Relationship Id="rId88" Type="http://schemas.openxmlformats.org/officeDocument/2006/relationships/image" Target="media/image80.jpg"/><Relationship Id="rId89" Type="http://schemas.openxmlformats.org/officeDocument/2006/relationships/image" Target="media/image81.jpg"/><Relationship Id="rId90" Type="http://schemas.openxmlformats.org/officeDocument/2006/relationships/image" Target="media/image82.jpg"/><Relationship Id="rId91" Type="http://schemas.openxmlformats.org/officeDocument/2006/relationships/image" Target="media/image83.jpg"/><Relationship Id="rId92" Type="http://schemas.openxmlformats.org/officeDocument/2006/relationships/image" Target="media/image84.jpg"/><Relationship Id="rId93" Type="http://schemas.openxmlformats.org/officeDocument/2006/relationships/image" Target="media/image85.jpg"/><Relationship Id="rId94" Type="http://schemas.openxmlformats.org/officeDocument/2006/relationships/image" Target="media/image86.jpg"/><Relationship Id="rId95" Type="http://schemas.openxmlformats.org/officeDocument/2006/relationships/image" Target="media/image87.jpg"/><Relationship Id="rId96" Type="http://schemas.openxmlformats.org/officeDocument/2006/relationships/image" Target="media/image88.jpg"/><Relationship Id="rId97" Type="http://schemas.openxmlformats.org/officeDocument/2006/relationships/image" Target="media/image89.jpg"/><Relationship Id="rId98" Type="http://schemas.openxmlformats.org/officeDocument/2006/relationships/image" Target="media/image90.jpg"/><Relationship Id="rId99" Type="http://schemas.openxmlformats.org/officeDocument/2006/relationships/image" Target="media/image91.jpg"/><Relationship Id="rId100" Type="http://schemas.openxmlformats.org/officeDocument/2006/relationships/image" Target="media/image92.jpg"/><Relationship Id="rId101" Type="http://schemas.openxmlformats.org/officeDocument/2006/relationships/image" Target="media/image93.jpg"/><Relationship Id="rId102" Type="http://schemas.openxmlformats.org/officeDocument/2006/relationships/image" Target="media/image94.jpg"/><Relationship Id="rId103" Type="http://schemas.openxmlformats.org/officeDocument/2006/relationships/image" Target="media/image95.jpg"/><Relationship Id="rId104" Type="http://schemas.openxmlformats.org/officeDocument/2006/relationships/image" Target="media/image9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