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PrintLab — каталог идей для дома, сада и ремонта</w:t>
      </w:r>
    </w:p>
    <w:p>
      <w:r>
        <w:t>3D-печать полезных аксессуаров на заказ. Фото — примеры формы; размеры, цвет и материал подбираются под задачу.</w:t>
      </w:r>
    </w:p>
    <w:p>
      <w:pPr>
        <w:pStyle w:val="Heading1"/>
      </w:pPr>
      <w:r>
        <w:t>Вода и полив: прототипы</w:t>
      </w:r>
    </w:p>
    <w:p>
      <w:pPr>
        <w:jc w:val="center"/>
      </w:pPr>
      <w:r>
        <w:rPr>
          <w:b/>
        </w:rPr>
        <w:t>Корпус садового быстросъёма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1_Корпус_садового_быстросъ_ма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Ответная часть садового быстросъёма</w:t>
      </w:r>
    </w:p>
    <w:p>
      <w:r>
        <w:drawing>
          <wp:inline xmlns:a="http://schemas.openxmlformats.org/drawingml/2006/main" xmlns:pic="http://schemas.openxmlformats.org/drawingml/2006/picture">
            <wp:extent cx="4480560" cy="44496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_Ответная_часть_садового_быстросъ_ма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49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Подвижная муфта быстросъёма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3_Подвижная_муфта_быстросъ_ма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Цанговая вставка соединителя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4_Цанговая_вставка_соединителя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Соединитель двух поливочных шлангов</w:t>
      </w:r>
    </w:p>
    <w:p>
      <w:r>
        <w:drawing>
          <wp:inline xmlns:a="http://schemas.openxmlformats.org/drawingml/2006/main" xmlns:pic="http://schemas.openxmlformats.org/drawingml/2006/picture">
            <wp:extent cx="4480560" cy="337391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5_Соединитель_двух_поливочных_шлангов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73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Переходник шлангов разных диаметров</w:t>
      </w:r>
    </w:p>
    <w:p>
      <w:r>
        <w:drawing>
          <wp:inline xmlns:a="http://schemas.openxmlformats.org/drawingml/2006/main" xmlns:pic="http://schemas.openxmlformats.org/drawingml/2006/picture">
            <wp:extent cx="4480560" cy="336042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6_Переходник_шлангов_разных_диаметров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04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Угловой штуцер полива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7_Угловой_штуцер_полива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Тройник поливочной линии</w:t>
      </w:r>
    </w:p>
    <w:p>
      <w:r>
        <w:drawing>
          <wp:inline xmlns:a="http://schemas.openxmlformats.org/drawingml/2006/main" xmlns:pic="http://schemas.openxmlformats.org/drawingml/2006/picture">
            <wp:extent cx="4480560" cy="299877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8_Тройник_поливочной_линии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987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Разветвитель самотёчного полива</w:t>
      </w:r>
    </w:p>
    <w:p>
      <w:r>
        <w:drawing>
          <wp:inline xmlns:a="http://schemas.openxmlformats.org/drawingml/2006/main" xmlns:pic="http://schemas.openxmlformats.org/drawingml/2006/picture">
            <wp:extent cx="4480560" cy="42672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9_Разветвитель_самот_чного_полива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26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Концевая заглушка поливочной линии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0_Концевая_заглушка_поливочной_линии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Штуцер для самотёчной ёмкости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1_Штуцер_для_самот_чной_мкости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Насадка-лейка для садового шланга</w:t>
      </w:r>
    </w:p>
    <w:p>
      <w:r>
        <w:drawing>
          <wp:inline xmlns:a="http://schemas.openxmlformats.org/drawingml/2006/main" xmlns:pic="http://schemas.openxmlformats.org/drawingml/2006/picture">
            <wp:extent cx="4480560" cy="2989374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2_Насадка-лейка_для_садового_шланга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893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Сменный рассеиватель лейки</w:t>
      </w:r>
    </w:p>
    <w:p>
      <w:r>
        <w:drawing>
          <wp:inline xmlns:a="http://schemas.openxmlformats.org/drawingml/2006/main" xmlns:pic="http://schemas.openxmlformats.org/drawingml/2006/picture">
            <wp:extent cx="4480560" cy="5918838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3_Сменный_рассеиватель_лейки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188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Переходник бутылки на самотёчную капельницу</w:t>
      </w:r>
    </w:p>
    <w:p>
      <w:r>
        <w:drawing>
          <wp:inline xmlns:a="http://schemas.openxmlformats.org/drawingml/2006/main" xmlns:pic="http://schemas.openxmlformats.org/drawingml/2006/picture">
            <wp:extent cx="4480560" cy="3304248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4_Переходник_бутылки_на_самот_чную_капельницу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042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Корпус капельницы самотёчного полива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5_Корпус_капельницы_самот_чного_полива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Воронка наполнения технической ёмкости</w:t>
      </w:r>
    </w:p>
    <w:p>
      <w:r>
        <w:drawing>
          <wp:inline xmlns:a="http://schemas.openxmlformats.org/drawingml/2006/main" xmlns:pic="http://schemas.openxmlformats.org/drawingml/2006/picture">
            <wp:extent cx="4480560" cy="4032504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6_Воронка_наполнения_технической_мкости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0325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Аксессуары шлангов и труб</w:t>
      </w:r>
    </w:p>
    <w:p>
      <w:pPr>
        <w:jc w:val="center"/>
      </w:pPr>
      <w:r>
        <w:rPr>
          <w:b/>
        </w:rPr>
        <w:t>Пылезащитный колпачок быстросъёма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7_Пылезащитный_колпачок_быстросъ_ма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запасных быстросъёмов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8_Держатель_запасных_быстросъ_мов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поливочных насадок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9_Органайзер_поливочных_насадок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Настенный подвес шланга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0_Настенный_подвес_шланга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Ролик-направляющая садового шланга</w:t>
      </w:r>
    </w:p>
    <w:p>
      <w:r>
        <w:drawing>
          <wp:inline xmlns:a="http://schemas.openxmlformats.org/drawingml/2006/main" xmlns:pic="http://schemas.openxmlformats.org/drawingml/2006/picture">
            <wp:extent cx="4480560" cy="5289217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1_Ролик-направляющая_садового_шланга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2892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Колышек-направляющая шланга</w:t>
      </w:r>
    </w:p>
    <w:p>
      <w:r>
        <w:drawing>
          <wp:inline xmlns:a="http://schemas.openxmlformats.org/drawingml/2006/main" xmlns:pic="http://schemas.openxmlformats.org/drawingml/2006/picture">
            <wp:extent cx="4480560" cy="336042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2_Колышек-направляющая_шланга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04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Фиксатор капельной трубки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3_Фиксатор_капельной_трубки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Бирка поливочной линии</w:t>
      </w:r>
    </w:p>
    <w:p>
      <w:r>
        <w:drawing>
          <wp:inline xmlns:a="http://schemas.openxmlformats.org/drawingml/2006/main" xmlns:pic="http://schemas.openxmlformats.org/drawingml/2006/picture">
            <wp:extent cx="4480560" cy="2985973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4_Бирка_поливочной_линии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85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Ручка катушки шланга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5_Ручка_катушки_шланга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Направляющая укладки на катушку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6_Направляющая_укладки_на_катушку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Клипса ненагруженной трубы</w:t>
      </w:r>
    </w:p>
    <w:p>
      <w:r>
        <w:drawing>
          <wp:inline xmlns:a="http://schemas.openxmlformats.org/drawingml/2006/main" xmlns:pic="http://schemas.openxmlformats.org/drawingml/2006/picture">
            <wp:extent cx="4480560" cy="394763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7_Клипса_ненагруженной_трубы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9476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Декоративная розетка вокруг трубы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8_Декоративная_розетка_вокруг_трубы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Разъёмная накладка вокруг стояка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9_Разъ_мная_накладка_вокруг_стояка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Крышка технологического отверстия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0_Крышка_технологического_отверстия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Защита резьбы при хранении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1_Защита_резьбы_при_хранении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Ключ для пластиковых гаек — малое усилие</w:t>
      </w:r>
    </w:p>
    <w:p>
      <w:r>
        <w:drawing>
          <wp:inline xmlns:a="http://schemas.openxmlformats.org/drawingml/2006/main" xmlns:pic="http://schemas.openxmlformats.org/drawingml/2006/picture">
            <wp:extent cx="4480560" cy="2478999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2_Ключ_для_пластиковых_гаек_малое_усилие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478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Ванная и уборка</w:t>
      </w:r>
    </w:p>
    <w:p>
      <w:pPr>
        <w:jc w:val="center"/>
      </w:pPr>
      <w:r>
        <w:rPr>
          <w:b/>
        </w:rPr>
        <w:t>Держатель душевой лейки</w:t>
      </w:r>
    </w:p>
    <w:p>
      <w:r>
        <w:drawing>
          <wp:inline xmlns:a="http://schemas.openxmlformats.org/drawingml/2006/main" xmlns:pic="http://schemas.openxmlformats.org/drawingml/2006/picture">
            <wp:extent cx="4480560" cy="252191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3_Держатель_душевой_лейки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521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Полочка на душевую штангу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4_Полочка_на_душевую_штангу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под мыло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5_Подставка_под_мыло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Съёмный поддон мыльницы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6_Съ_мный_поддон_мыльницы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зубных щёток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7_Держатель_зубных_щ_ток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Настенный держатель тюбика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8_Настенный_держатель_тюбика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Выжиматель тюбика</w:t>
      </w:r>
    </w:p>
    <w:p>
      <w:r>
        <w:drawing>
          <wp:inline xmlns:a="http://schemas.openxmlformats.org/drawingml/2006/main" xmlns:pic="http://schemas.openxmlformats.org/drawingml/2006/picture">
            <wp:extent cx="4480560" cy="3349219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9_Выжиматель_тюбика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492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бритвы</w:t>
      </w:r>
    </w:p>
    <w:p>
      <w:r>
        <w:drawing>
          <wp:inline xmlns:a="http://schemas.openxmlformats.org/drawingml/2006/main" xmlns:pic="http://schemas.openxmlformats.org/drawingml/2006/picture">
            <wp:extent cx="4480560" cy="6768218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0_Держатель_бритвы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67682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туалетной бумаги</w:t>
      </w:r>
    </w:p>
    <w:p>
      <w:r>
        <w:drawing>
          <wp:inline xmlns:a="http://schemas.openxmlformats.org/drawingml/2006/main" xmlns:pic="http://schemas.openxmlformats.org/drawingml/2006/picture">
            <wp:extent cx="4480560" cy="336042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1_Держатель_туалетной_бумаги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04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Крючок полотенца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2_Крючок_полотенца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швабры</w:t>
      </w:r>
    </w:p>
    <w:p>
      <w:r>
        <w:drawing>
          <wp:inline xmlns:a="http://schemas.openxmlformats.org/drawingml/2006/main" xmlns:pic="http://schemas.openxmlformats.org/drawingml/2006/picture">
            <wp:extent cx="4480560" cy="2521915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3_Держатель_швабры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521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совка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4_Держатель_совка.jp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Подвес щётки</w:t>
      </w:r>
    </w:p>
    <w:p>
      <w:r>
        <w:drawing>
          <wp:inline xmlns:a="http://schemas.openxmlformats.org/drawingml/2006/main" xmlns:pic="http://schemas.openxmlformats.org/drawingml/2006/picture">
            <wp:extent cx="4480560" cy="3008376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5_Подвес_щ_тки.jp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0083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губки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_Держатель_губки.jp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мешка для мусора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7_Держатель_мешка_для_мусора.jp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Фиксатор мусорного пакета</w:t>
      </w:r>
    </w:p>
    <w:p>
      <w:r>
        <w:drawing>
          <wp:inline xmlns:a="http://schemas.openxmlformats.org/drawingml/2006/main" xmlns:pic="http://schemas.openxmlformats.org/drawingml/2006/picture">
            <wp:extent cx="4480560" cy="3367555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8_Фиксатор_мусорного_пакета.jp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75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Ручка корзины белья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9_Ручка_корзины_белья.jp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Заглушка ножки сушилки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0_Заглушка_ножки_сушилки.jp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Клипса бельевой сушилки</w:t>
      </w:r>
    </w:p>
    <w:p>
      <w:r>
        <w:drawing>
          <wp:inline xmlns:a="http://schemas.openxmlformats.org/drawingml/2006/main" xmlns:pic="http://schemas.openxmlformats.org/drawingml/2006/picture">
            <wp:extent cx="4480560" cy="7972527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1_Клипса_бельевой_сушилки.jp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79725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бытового распылителя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2_Держатель_бытового_распылителя.jp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Кухня и хранение без прямого контакта с пищей</w:t>
      </w:r>
    </w:p>
    <w:p>
      <w:pPr>
        <w:jc w:val="center"/>
      </w:pPr>
      <w:r>
        <w:rPr>
          <w:b/>
        </w:rPr>
        <w:t>Органайзер крышек контейнеров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3_Органайзер_крышек_контейнеров.jp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Разделитель кухонного ящика</w:t>
      </w:r>
    </w:p>
    <w:p>
      <w:r>
        <w:drawing>
          <wp:inline xmlns:a="http://schemas.openxmlformats.org/drawingml/2006/main" xmlns:pic="http://schemas.openxmlformats.org/drawingml/2006/picture">
            <wp:extent cx="4480560" cy="3892754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4_Разделитель_кухонного_ящика.jp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8927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рулона пакетов</w:t>
      </w:r>
    </w:p>
    <w:p>
      <w:r>
        <w:drawing>
          <wp:inline xmlns:a="http://schemas.openxmlformats.org/drawingml/2006/main" xmlns:pic="http://schemas.openxmlformats.org/drawingml/2006/picture">
            <wp:extent cx="4480560" cy="3361317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5_Держатель_рулона_пакетов.jp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3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бумажных полотенец</w:t>
      </w:r>
    </w:p>
    <w:p>
      <w:r>
        <w:drawing>
          <wp:inline xmlns:a="http://schemas.openxmlformats.org/drawingml/2006/main" xmlns:pic="http://schemas.openxmlformats.org/drawingml/2006/picture">
            <wp:extent cx="4480560" cy="336042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6_Держатель_бумажных_полотенец.jp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04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Подвес упаковок фольги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7_Подвес_упаковок_фольги.jp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Клипса закрытия упаковки</w:t>
      </w:r>
    </w:p>
    <w:p>
      <w:r>
        <w:drawing>
          <wp:inline xmlns:a="http://schemas.openxmlformats.org/drawingml/2006/main" xmlns:pic="http://schemas.openxmlformats.org/drawingml/2006/picture">
            <wp:extent cx="4480560" cy="336042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8_Клипса_закрытия_упаковки.jp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04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пакетиков чая в обёртках</w:t>
      </w:r>
    </w:p>
    <w:p>
      <w:r>
        <w:drawing>
          <wp:inline xmlns:a="http://schemas.openxmlformats.org/drawingml/2006/main" xmlns:pic="http://schemas.openxmlformats.org/drawingml/2006/picture">
            <wp:extent cx="4480560" cy="3415061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9_Органайзер_пакетиков_чая_в_об_ртках.jp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4150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баночек специй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0_Подставка_баночек_специй.jp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Вкладыш кофейных капсул</w:t>
      </w:r>
    </w:p>
    <w:p>
      <w:r>
        <w:drawing>
          <wp:inline xmlns:a="http://schemas.openxmlformats.org/drawingml/2006/main" xmlns:pic="http://schemas.openxmlformats.org/drawingml/2006/picture">
            <wp:extent cx="4480560" cy="2988499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1_Вкладыш_кофейных_капсул.jp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88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кухонных весов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2_Держатель_кухонных_весов.jp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книги рецептов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3_Подставка_книги_рецептов.jp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планшета для рецептов</w:t>
      </w:r>
    </w:p>
    <w:p>
      <w:r>
        <w:drawing>
          <wp:inline xmlns:a="http://schemas.openxmlformats.org/drawingml/2006/main" xmlns:pic="http://schemas.openxmlformats.org/drawingml/2006/picture">
            <wp:extent cx="4480560" cy="2966621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4_Держатель_планшета_для_рецептов.jp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666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дверцы шкафа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5_Органайзер_дверцы_шкафа.jp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бутылок бытовой химии</w:t>
      </w:r>
    </w:p>
    <w:p>
      <w:r>
        <w:drawing>
          <wp:inline xmlns:a="http://schemas.openxmlformats.org/drawingml/2006/main" xmlns:pic="http://schemas.openxmlformats.org/drawingml/2006/picture">
            <wp:extent cx="4480560" cy="3371377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6_Держатель_бутылок_бытовой_химии.jp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713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Крючок кухонного рейлинга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7_Крючок_кухонного_рейлинга.jp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Табличка контейнера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8_Табличка_контейнера.jp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Ручка декоративной крышки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9_Ручка_декоративной_крышки.jp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холодных крышек кастрюль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0_Подставка_холодных_крышек_кастрюль.jpg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многоразовых сумок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1_Органайзер_многоразовых_сумок.jp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Упор разделочной доски при хранении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2_Упор_разделочной_доски_при_хранении.jpg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Окна, двери и сетки</w:t>
      </w:r>
    </w:p>
    <w:p>
      <w:pPr>
        <w:jc w:val="center"/>
      </w:pPr>
      <w:r>
        <w:rPr>
          <w:b/>
        </w:rPr>
        <w:t>Ручка москитной сетки</w:t>
      </w:r>
    </w:p>
    <w:p>
      <w:r>
        <w:drawing>
          <wp:inline xmlns:a="http://schemas.openxmlformats.org/drawingml/2006/main" xmlns:pic="http://schemas.openxmlformats.org/drawingml/2006/picture">
            <wp:extent cx="4480560" cy="2524691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3_Ручка_москитной_сетки.jp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5246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Уголок рамки москитной сетки</w:t>
      </w:r>
    </w:p>
    <w:p>
      <w:r>
        <w:drawing>
          <wp:inline xmlns:a="http://schemas.openxmlformats.org/drawingml/2006/main" xmlns:pic="http://schemas.openxmlformats.org/drawingml/2006/picture">
            <wp:extent cx="4480560" cy="4767588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4_Уголок_рамки_москитной_сетки.jp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7675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Поворотный фиксатор москитной сетки</w:t>
      </w:r>
    </w:p>
    <w:p>
      <w:r>
        <w:drawing>
          <wp:inline xmlns:a="http://schemas.openxmlformats.org/drawingml/2006/main" xmlns:pic="http://schemas.openxmlformats.org/drawingml/2006/picture">
            <wp:extent cx="4480560" cy="2985973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5_Поворотный_фиксатор_москитной_сетки.jp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85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Защёлка лёгкой сетчатой дверцы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6_Защ_лка_л_гкой_сетчатой_дверцы.jpg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шнура жалюзи</w:t>
      </w:r>
    </w:p>
    <w:p>
      <w:r>
        <w:drawing>
          <wp:inline xmlns:a="http://schemas.openxmlformats.org/drawingml/2006/main" xmlns:pic="http://schemas.openxmlformats.org/drawingml/2006/picture">
            <wp:extent cx="4480560" cy="4761488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7_Держатель_шнура_жалюзи.jp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7614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Соединитель декоративной цепочки жалюзи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8_Соединитель_декоративной_цепочки_жалюзи.jp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Заглушка карниза</w:t>
      </w:r>
    </w:p>
    <w:p>
      <w:r>
        <w:drawing>
          <wp:inline xmlns:a="http://schemas.openxmlformats.org/drawingml/2006/main" xmlns:pic="http://schemas.openxmlformats.org/drawingml/2006/picture">
            <wp:extent cx="4480560" cy="1689544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9_Заглушка_карниза.jp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16895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Крючок шторной ленты</w:t>
      </w:r>
    </w:p>
    <w:p>
      <w:r>
        <w:drawing>
          <wp:inline xmlns:a="http://schemas.openxmlformats.org/drawingml/2006/main" xmlns:pic="http://schemas.openxmlformats.org/drawingml/2006/picture">
            <wp:extent cx="4480560" cy="4455424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0_Крючок_шторной_ленты.jpg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554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Направляющая лёгкой шторы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1_Направляющая_л_гкой_шторы.jpg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Кронштейн лёгкого мини-карниза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2_Кронштейн_л_гкого_мини-карниза.jpg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Ограничитель межкомнатной двери</w:t>
      </w:r>
    </w:p>
    <w:p>
      <w:r>
        <w:drawing>
          <wp:inline xmlns:a="http://schemas.openxmlformats.org/drawingml/2006/main" xmlns:pic="http://schemas.openxmlformats.org/drawingml/2006/picture">
            <wp:extent cx="4480560" cy="3256780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3_Ограничитель_межкомнатной_двери.jp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256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Дверной клин</w:t>
      </w:r>
    </w:p>
    <w:p>
      <w:r>
        <w:drawing>
          <wp:inline xmlns:a="http://schemas.openxmlformats.org/drawingml/2006/main" xmlns:pic="http://schemas.openxmlformats.org/drawingml/2006/picture">
            <wp:extent cx="4480560" cy="2989174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4_Дверной_клин.jpg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891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Мягкий настенный отбойник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5_Мягкий_настенный_отбойник.jp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Накладка межкомнатной ручки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6_Накладка_межкомнатной_ручки.jpg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Табличка на дверь</w:t>
      </w:r>
    </w:p>
    <w:p>
      <w:r>
        <w:drawing>
          <wp:inline xmlns:a="http://schemas.openxmlformats.org/drawingml/2006/main" xmlns:pic="http://schemas.openxmlformats.org/drawingml/2006/picture">
            <wp:extent cx="4480560" cy="3363784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7_Табличка_на_дверь.jp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3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Крышка винта дверной ручки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8_Крышка_винта_дверной_ручки.jpg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Заглушка оконного профиля для ремонта отделки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9_Заглушка_оконного_профиля_для_ремонта_отделки.jp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Ручка лёгкого лючка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0_Ручка_л_гкого_лючка.jpg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Шаблон установки ручки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1_Шаблон_установки_ручки.jp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ключа окна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92" name="Picture 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2_Держатель_ключа_окна.jpg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Сад, растения и дача</w:t>
      </w:r>
    </w:p>
    <w:p>
      <w:pPr>
        <w:jc w:val="center"/>
      </w:pPr>
      <w:r>
        <w:rPr>
          <w:b/>
        </w:rPr>
        <w:t>Бирка растения</w:t>
      </w:r>
    </w:p>
    <w:p>
      <w:r>
        <w:drawing>
          <wp:inline xmlns:a="http://schemas.openxmlformats.org/drawingml/2006/main" xmlns:pic="http://schemas.openxmlformats.org/drawingml/2006/picture">
            <wp:extent cx="4480560" cy="3361595"/>
            <wp:docPr id="93" name="Picture 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3_Бирка_растения.jpg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5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Табличка грядки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94" name="Picture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4_Табличка_грядки.jpg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Клипса подвязки побегов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95" name="Picture 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5_Клипса_подвязки_побегов.jpg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Соединитель лёгкой шпалеры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96" name="Picture 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6_Соединитель_л_гкой_шпалеры.jpg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садового укрывного полотна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97" name="Picture 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7_Держатель_садового_укрывного_полотна.jpg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Колышек разметочного шнура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98" name="Picture 9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8_Колышек_разметочного_шнура.jpg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Шаблон расстояния посадки</w:t>
      </w:r>
    </w:p>
    <w:p>
      <w:r>
        <w:drawing>
          <wp:inline xmlns:a="http://schemas.openxmlformats.org/drawingml/2006/main" xmlns:pic="http://schemas.openxmlformats.org/drawingml/2006/picture">
            <wp:extent cx="4480560" cy="6717481"/>
            <wp:docPr id="99" name="Picture 9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9_Шаблон_расстояния_посадки.jpg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67174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пакетиков семян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100" name="Picture 1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0_Органайзер_пакетиков_семян.jpg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Кассета для рассады</w:t>
      </w:r>
    </w:p>
    <w:p>
      <w:r>
        <w:drawing>
          <wp:inline xmlns:a="http://schemas.openxmlformats.org/drawingml/2006/main" xmlns:pic="http://schemas.openxmlformats.org/drawingml/2006/picture">
            <wp:extent cx="4480560" cy="3358741"/>
            <wp:docPr id="101" name="Picture 1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1_Кассета_для_рассады.jpg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587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Поддон рассадной кассеты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02" name="Picture 1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2_Поддон_рассадной_кассеты.jpg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Декоративное кашпо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103" name="Picture 1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3_Декоративное_кашпо.jpg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Вкладыш для дренажа кашпо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04" name="Picture 1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4_Вкладыш_для_дренажа_кашпо.jpg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Настольная опора маленького горшка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05" name="Picture 1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5_Настольная_опора_маленького_горшка.jpg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Соединитель мини-парника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06" name="Picture 1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6_Соединитель_мини-парника.jpg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Заглушка дуги парника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07" name="Picture 10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7_Заглушка_дуги_парника.jpg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садовых перчаток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08" name="Picture 10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8_Держатель_садовых_перчаток.jpg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секатора</w:t>
      </w:r>
    </w:p>
    <w:p>
      <w:r>
        <w:drawing>
          <wp:inline xmlns:a="http://schemas.openxmlformats.org/drawingml/2006/main" xmlns:pic="http://schemas.openxmlformats.org/drawingml/2006/picture">
            <wp:extent cx="4480560" cy="9956800"/>
            <wp:docPr id="109" name="Picture 10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9_Держатель_секатора.jpg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995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Защитный чехол лезвия секатора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10" name="Picture 1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0_Защитный_чехол_лезвия_секатора.jpg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Крючок садового фартука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11" name="Picture 1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1_Крючок_садового_фартука.jpg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датчика влажности почвы</w:t>
      </w:r>
    </w:p>
    <w:p>
      <w:r>
        <w:drawing>
          <wp:inline xmlns:a="http://schemas.openxmlformats.org/drawingml/2006/main" xmlns:pic="http://schemas.openxmlformats.org/drawingml/2006/picture">
            <wp:extent cx="4480560" cy="3360420"/>
            <wp:docPr id="112" name="Picture 1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2_Держатель_датчика_влажности_почвы.jpg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04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Мастерская и ручной инструмент</w:t>
      </w:r>
    </w:p>
    <w:p>
      <w:pPr>
        <w:jc w:val="center"/>
      </w:pPr>
      <w:r>
        <w:rPr>
          <w:b/>
        </w:rPr>
        <w:t>Органайзер свёрл</w:t>
      </w:r>
    </w:p>
    <w:p>
      <w:r>
        <w:drawing>
          <wp:inline xmlns:a="http://schemas.openxmlformats.org/drawingml/2006/main" xmlns:pic="http://schemas.openxmlformats.org/drawingml/2006/picture">
            <wp:extent cx="4480560" cy="2979572"/>
            <wp:docPr id="113" name="Picture 1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3_Органайзер_св_рл.jpg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795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бит</w:t>
      </w:r>
    </w:p>
    <w:p>
      <w:r>
        <w:drawing>
          <wp:inline xmlns:a="http://schemas.openxmlformats.org/drawingml/2006/main" xmlns:pic="http://schemas.openxmlformats.org/drawingml/2006/picture">
            <wp:extent cx="4480560" cy="2988499"/>
            <wp:docPr id="114" name="Picture 1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4_Держатель_бит.jpg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88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Лоток шурупов</w:t>
      </w:r>
    </w:p>
    <w:p>
      <w:r>
        <w:drawing>
          <wp:inline xmlns:a="http://schemas.openxmlformats.org/drawingml/2006/main" xmlns:pic="http://schemas.openxmlformats.org/drawingml/2006/picture">
            <wp:extent cx="4480560" cy="3541945"/>
            <wp:docPr id="115" name="Picture 1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5_Лоток_шурупов.jpg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5419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отвёрток</w:t>
      </w:r>
    </w:p>
    <w:p>
      <w:r>
        <w:drawing>
          <wp:inline xmlns:a="http://schemas.openxmlformats.org/drawingml/2006/main" xmlns:pic="http://schemas.openxmlformats.org/drawingml/2006/picture">
            <wp:extent cx="4480560" cy="3360420"/>
            <wp:docPr id="116" name="Picture 1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6_Держатель_отв_рток.jpg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04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шестигранников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17" name="Picture 1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7_Держатель_шестигранников.jpg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гаечных ключей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118" name="Picture 1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8_Органайзер_гаечных_ключей.jpg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штангенциркуля</w:t>
      </w:r>
    </w:p>
    <w:p>
      <w:r>
        <w:drawing>
          <wp:inline xmlns:a="http://schemas.openxmlformats.org/drawingml/2006/main" xmlns:pic="http://schemas.openxmlformats.org/drawingml/2006/picture">
            <wp:extent cx="4480560" cy="3360420"/>
            <wp:docPr id="119" name="Picture 1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9_Подставка_штангенциркуля.jpg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04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Чехол разметочного угольника</w:t>
      </w:r>
    </w:p>
    <w:p>
      <w:r>
        <w:drawing>
          <wp:inline xmlns:a="http://schemas.openxmlformats.org/drawingml/2006/main" xmlns:pic="http://schemas.openxmlformats.org/drawingml/2006/picture">
            <wp:extent cx="4480560" cy="5966281"/>
            <wp:docPr id="120" name="Picture 1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0_Чехол_разметочного_угольника.jpg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662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Коробка метчиков</w:t>
      </w:r>
    </w:p>
    <w:p>
      <w:r>
        <w:drawing>
          <wp:inline xmlns:a="http://schemas.openxmlformats.org/drawingml/2006/main" xmlns:pic="http://schemas.openxmlformats.org/drawingml/2006/picture">
            <wp:extent cx="4480560" cy="2976372"/>
            <wp:docPr id="121" name="Picture 1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1_Коробка_метчиков.jpg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рулетки</w:t>
      </w:r>
    </w:p>
    <w:p>
      <w:r>
        <w:drawing>
          <wp:inline xmlns:a="http://schemas.openxmlformats.org/drawingml/2006/main" xmlns:pic="http://schemas.openxmlformats.org/drawingml/2006/picture">
            <wp:extent cx="4480560" cy="2985973"/>
            <wp:docPr id="122" name="Picture 1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2_Держатель_рулетки.jpg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85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карандаша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123" name="Picture 1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3_Держатель_карандаша.jpg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Шаблон радиусов</w:t>
      </w:r>
    </w:p>
    <w:p>
      <w:r>
        <w:drawing>
          <wp:inline xmlns:a="http://schemas.openxmlformats.org/drawingml/2006/main" xmlns:pic="http://schemas.openxmlformats.org/drawingml/2006/picture">
            <wp:extent cx="4480560" cy="4000500"/>
            <wp:docPr id="124" name="Picture 1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4_Шаблон_радиусов.jpg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Шаблон сверления с покупными втулками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25" name="Picture 1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5_Шаблон_сверления_с_покупными_втулками.jpg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Центроискатель для разметки</w:t>
      </w:r>
    </w:p>
    <w:p>
      <w:r>
        <w:drawing>
          <wp:inline xmlns:a="http://schemas.openxmlformats.org/drawingml/2006/main" xmlns:pic="http://schemas.openxmlformats.org/drawingml/2006/picture">
            <wp:extent cx="4480560" cy="2985973"/>
            <wp:docPr id="126" name="Picture 1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6_Центроискатель_для_разметки.jpg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85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Копировальный шаблон профиля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27" name="Picture 1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7_Копировальный_шаблон_профиля.jpg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Защитные накладки струбцины</w:t>
      </w:r>
    </w:p>
    <w:p>
      <w:r>
        <w:drawing>
          <wp:inline xmlns:a="http://schemas.openxmlformats.org/drawingml/2006/main" xmlns:pic="http://schemas.openxmlformats.org/drawingml/2006/picture">
            <wp:extent cx="4480560" cy="4576572"/>
            <wp:docPr id="128" name="Picture 1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8_Защитные_накладки_струбцины.jpg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5765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Угловой сборочный упор</w:t>
      </w:r>
    </w:p>
    <w:p>
      <w:r>
        <w:drawing>
          <wp:inline xmlns:a="http://schemas.openxmlformats.org/drawingml/2006/main" xmlns:pic="http://schemas.openxmlformats.org/drawingml/2006/picture">
            <wp:extent cx="4480560" cy="2521915"/>
            <wp:docPr id="129" name="Picture 1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9_Угловой_сборочный_упор.jpg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521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Намотка удлинителя — без изменения электрики</w:t>
      </w:r>
    </w:p>
    <w:p>
      <w:r>
        <w:drawing>
          <wp:inline xmlns:a="http://schemas.openxmlformats.org/drawingml/2006/main" xmlns:pic="http://schemas.openxmlformats.org/drawingml/2006/picture">
            <wp:extent cx="4480560" cy="3921716"/>
            <wp:docPr id="130" name="Picture 1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0_Намотка_удлинителя_без_изменения_электрики.jpg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9217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наждачных листов</w:t>
      </w:r>
    </w:p>
    <w:p>
      <w:r>
        <w:drawing>
          <wp:inline xmlns:a="http://schemas.openxmlformats.org/drawingml/2006/main" xmlns:pic="http://schemas.openxmlformats.org/drawingml/2006/picture">
            <wp:extent cx="4480560" cy="4587010"/>
            <wp:docPr id="131" name="Picture 1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1_Держатель_наждачных_листов.jpg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5870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Ручной шлифовальный брусок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32" name="Picture 1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2_Ручной_шлифовальный_брусок.jpg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Бытовой ремонт и хобби</w:t>
      </w:r>
    </w:p>
    <w:p>
      <w:pPr>
        <w:jc w:val="center"/>
      </w:pPr>
      <w:r>
        <w:rPr>
          <w:b/>
        </w:rPr>
        <w:t>Ручка пластикового ящика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33" name="Picture 1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3_Ручка_пластикового_ящика.jpg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Защёлка коробки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34" name="Picture 1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4_Защ_лка_коробки.jpg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Шарнир лёгкой коробки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35" name="Picture 1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5_Шарнир_л_гкой_коробки.jpg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Вставка разделителя коробки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36" name="Picture 1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6_Вставка_разделителя_коробки.jpg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Ножка настольного органайзера</w:t>
      </w:r>
    </w:p>
    <w:p>
      <w:r>
        <w:drawing>
          <wp:inline xmlns:a="http://schemas.openxmlformats.org/drawingml/2006/main" xmlns:pic="http://schemas.openxmlformats.org/drawingml/2006/picture">
            <wp:extent cx="4480560" cy="5942387"/>
            <wp:docPr id="137" name="Picture 1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7_Ножка_настольного_органайзера.jpg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423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Колпачок торца профиля</w:t>
      </w:r>
    </w:p>
    <w:p>
      <w:r>
        <w:drawing>
          <wp:inline xmlns:a="http://schemas.openxmlformats.org/drawingml/2006/main" xmlns:pic="http://schemas.openxmlformats.org/drawingml/2006/picture">
            <wp:extent cx="4480560" cy="3363280"/>
            <wp:docPr id="138" name="Picture 1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8_Колпачок_торца_профиля.jpg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3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Крышка батарейного отсека пульта</w:t>
      </w:r>
    </w:p>
    <w:p>
      <w:r>
        <w:drawing>
          <wp:inline xmlns:a="http://schemas.openxmlformats.org/drawingml/2006/main" xmlns:pic="http://schemas.openxmlformats.org/drawingml/2006/picture">
            <wp:extent cx="4480560" cy="2985973"/>
            <wp:docPr id="139" name="Picture 1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9_Крышка_батарейного_отсека_пульта.jpg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85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пульта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40" name="Picture 1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0_Подставка_пульта.jpg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очков</w:t>
      </w:r>
    </w:p>
    <w:p>
      <w:r>
        <w:drawing>
          <wp:inline xmlns:a="http://schemas.openxmlformats.org/drawingml/2006/main" xmlns:pic="http://schemas.openxmlformats.org/drawingml/2006/picture">
            <wp:extent cx="4480560" cy="2523689"/>
            <wp:docPr id="141" name="Picture 1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1_Держатель_очков.jpg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5236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Футляр берушей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42" name="Picture 1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2_Футляр_берушей.jpg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катушек ниток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143" name="Picture 1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3_Держатель_катушек_ниток.jpg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швейных шпулек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144" name="Picture 1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4_Органайзер_швейных_шпулек.jpg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Лоток бисера</w:t>
      </w:r>
    </w:p>
    <w:p>
      <w:r>
        <w:drawing>
          <wp:inline xmlns:a="http://schemas.openxmlformats.org/drawingml/2006/main" xmlns:pic="http://schemas.openxmlformats.org/drawingml/2006/picture">
            <wp:extent cx="4480560" cy="5811362"/>
            <wp:docPr id="145" name="Picture 1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5_Лоток_бисера.jpg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8113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кистей</w:t>
      </w:r>
    </w:p>
    <w:p>
      <w:r>
        <w:drawing>
          <wp:inline xmlns:a="http://schemas.openxmlformats.org/drawingml/2006/main" xmlns:pic="http://schemas.openxmlformats.org/drawingml/2006/picture">
            <wp:extent cx="4480560" cy="3360420"/>
            <wp:docPr id="146" name="Picture 1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6_Подставка_кистей.jpg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04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Колпачок кисти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47" name="Picture 1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7_Колпачок_кисти.jpg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Намотка ленты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48" name="Picture 1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8_Намотка_ленты.jpg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Счётчик рядов вязания — механический макет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49" name="Picture 1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9_Сч_тчик_рядов_вязания_механический_макет.jpg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клубка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50" name="Picture 1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0_Держатель_клубка.jpg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настольной игры</w:t>
      </w:r>
    </w:p>
    <w:p>
      <w:r>
        <w:drawing>
          <wp:inline xmlns:a="http://schemas.openxmlformats.org/drawingml/2006/main" xmlns:pic="http://schemas.openxmlformats.org/drawingml/2006/picture">
            <wp:extent cx="4480560" cy="2522555"/>
            <wp:docPr id="151" name="Picture 1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1_Органайзер_настольной_игры.jpg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5225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Коробка пазлов</w:t>
      </w:r>
    </w:p>
    <w:p>
      <w:r>
        <w:drawing>
          <wp:inline xmlns:a="http://schemas.openxmlformats.org/drawingml/2006/main" xmlns:pic="http://schemas.openxmlformats.org/drawingml/2006/picture">
            <wp:extent cx="4480560" cy="4263140"/>
            <wp:docPr id="152" name="Picture 1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2_Коробка_пазлов.jpg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26314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Relationship Id="rId50" Type="http://schemas.openxmlformats.org/officeDocument/2006/relationships/image" Target="media/image42.jpg"/><Relationship Id="rId51" Type="http://schemas.openxmlformats.org/officeDocument/2006/relationships/image" Target="media/image43.jpg"/><Relationship Id="rId52" Type="http://schemas.openxmlformats.org/officeDocument/2006/relationships/image" Target="media/image44.jpg"/><Relationship Id="rId53" Type="http://schemas.openxmlformats.org/officeDocument/2006/relationships/image" Target="media/image45.jpg"/><Relationship Id="rId54" Type="http://schemas.openxmlformats.org/officeDocument/2006/relationships/image" Target="media/image46.jpg"/><Relationship Id="rId55" Type="http://schemas.openxmlformats.org/officeDocument/2006/relationships/image" Target="media/image47.jpg"/><Relationship Id="rId56" Type="http://schemas.openxmlformats.org/officeDocument/2006/relationships/image" Target="media/image48.jpg"/><Relationship Id="rId57" Type="http://schemas.openxmlformats.org/officeDocument/2006/relationships/image" Target="media/image49.jpg"/><Relationship Id="rId58" Type="http://schemas.openxmlformats.org/officeDocument/2006/relationships/image" Target="media/image50.jpg"/><Relationship Id="rId59" Type="http://schemas.openxmlformats.org/officeDocument/2006/relationships/image" Target="media/image51.jpg"/><Relationship Id="rId60" Type="http://schemas.openxmlformats.org/officeDocument/2006/relationships/image" Target="media/image52.jpg"/><Relationship Id="rId61" Type="http://schemas.openxmlformats.org/officeDocument/2006/relationships/image" Target="media/image53.jpg"/><Relationship Id="rId62" Type="http://schemas.openxmlformats.org/officeDocument/2006/relationships/image" Target="media/image54.jpg"/><Relationship Id="rId63" Type="http://schemas.openxmlformats.org/officeDocument/2006/relationships/image" Target="media/image55.jpg"/><Relationship Id="rId64" Type="http://schemas.openxmlformats.org/officeDocument/2006/relationships/image" Target="media/image56.jpg"/><Relationship Id="rId65" Type="http://schemas.openxmlformats.org/officeDocument/2006/relationships/image" Target="media/image57.jpg"/><Relationship Id="rId66" Type="http://schemas.openxmlformats.org/officeDocument/2006/relationships/image" Target="media/image58.jpg"/><Relationship Id="rId67" Type="http://schemas.openxmlformats.org/officeDocument/2006/relationships/image" Target="media/image59.jpg"/><Relationship Id="rId68" Type="http://schemas.openxmlformats.org/officeDocument/2006/relationships/image" Target="media/image60.jpg"/><Relationship Id="rId69" Type="http://schemas.openxmlformats.org/officeDocument/2006/relationships/image" Target="media/image61.jpg"/><Relationship Id="rId70" Type="http://schemas.openxmlformats.org/officeDocument/2006/relationships/image" Target="media/image62.jpg"/><Relationship Id="rId71" Type="http://schemas.openxmlformats.org/officeDocument/2006/relationships/image" Target="media/image63.jpg"/><Relationship Id="rId72" Type="http://schemas.openxmlformats.org/officeDocument/2006/relationships/image" Target="media/image64.jpg"/><Relationship Id="rId73" Type="http://schemas.openxmlformats.org/officeDocument/2006/relationships/image" Target="media/image65.jpg"/><Relationship Id="rId74" Type="http://schemas.openxmlformats.org/officeDocument/2006/relationships/image" Target="media/image66.jpg"/><Relationship Id="rId75" Type="http://schemas.openxmlformats.org/officeDocument/2006/relationships/image" Target="media/image67.jpg"/><Relationship Id="rId76" Type="http://schemas.openxmlformats.org/officeDocument/2006/relationships/image" Target="media/image68.jpg"/><Relationship Id="rId77" Type="http://schemas.openxmlformats.org/officeDocument/2006/relationships/image" Target="media/image69.jpg"/><Relationship Id="rId78" Type="http://schemas.openxmlformats.org/officeDocument/2006/relationships/image" Target="media/image70.jpg"/><Relationship Id="rId79" Type="http://schemas.openxmlformats.org/officeDocument/2006/relationships/image" Target="media/image71.jpg"/><Relationship Id="rId80" Type="http://schemas.openxmlformats.org/officeDocument/2006/relationships/image" Target="media/image72.jpg"/><Relationship Id="rId81" Type="http://schemas.openxmlformats.org/officeDocument/2006/relationships/image" Target="media/image73.jpg"/><Relationship Id="rId82" Type="http://schemas.openxmlformats.org/officeDocument/2006/relationships/image" Target="media/image74.jpg"/><Relationship Id="rId83" Type="http://schemas.openxmlformats.org/officeDocument/2006/relationships/image" Target="media/image75.jpg"/><Relationship Id="rId84" Type="http://schemas.openxmlformats.org/officeDocument/2006/relationships/image" Target="media/image76.jpg"/><Relationship Id="rId85" Type="http://schemas.openxmlformats.org/officeDocument/2006/relationships/image" Target="media/image77.jpg"/><Relationship Id="rId86" Type="http://schemas.openxmlformats.org/officeDocument/2006/relationships/image" Target="media/image78.jpg"/><Relationship Id="rId87" Type="http://schemas.openxmlformats.org/officeDocument/2006/relationships/image" Target="media/image79.jpg"/><Relationship Id="rId88" Type="http://schemas.openxmlformats.org/officeDocument/2006/relationships/image" Target="media/image80.jpg"/><Relationship Id="rId89" Type="http://schemas.openxmlformats.org/officeDocument/2006/relationships/image" Target="media/image81.jpg"/><Relationship Id="rId90" Type="http://schemas.openxmlformats.org/officeDocument/2006/relationships/image" Target="media/image82.jpg"/><Relationship Id="rId91" Type="http://schemas.openxmlformats.org/officeDocument/2006/relationships/image" Target="media/image83.jpg"/><Relationship Id="rId92" Type="http://schemas.openxmlformats.org/officeDocument/2006/relationships/image" Target="media/image84.jpg"/><Relationship Id="rId93" Type="http://schemas.openxmlformats.org/officeDocument/2006/relationships/image" Target="media/image85.jpg"/><Relationship Id="rId94" Type="http://schemas.openxmlformats.org/officeDocument/2006/relationships/image" Target="media/image86.jpg"/><Relationship Id="rId95" Type="http://schemas.openxmlformats.org/officeDocument/2006/relationships/image" Target="media/image87.jpg"/><Relationship Id="rId96" Type="http://schemas.openxmlformats.org/officeDocument/2006/relationships/image" Target="media/image88.jpg"/><Relationship Id="rId97" Type="http://schemas.openxmlformats.org/officeDocument/2006/relationships/image" Target="media/image89.jpg"/><Relationship Id="rId98" Type="http://schemas.openxmlformats.org/officeDocument/2006/relationships/image" Target="media/image90.jpg"/><Relationship Id="rId99" Type="http://schemas.openxmlformats.org/officeDocument/2006/relationships/image" Target="media/image91.jpg"/><Relationship Id="rId100" Type="http://schemas.openxmlformats.org/officeDocument/2006/relationships/image" Target="media/image92.jpg"/><Relationship Id="rId101" Type="http://schemas.openxmlformats.org/officeDocument/2006/relationships/image" Target="media/image93.jpg"/><Relationship Id="rId102" Type="http://schemas.openxmlformats.org/officeDocument/2006/relationships/image" Target="media/image94.jpg"/><Relationship Id="rId103" Type="http://schemas.openxmlformats.org/officeDocument/2006/relationships/image" Target="media/image95.jpg"/><Relationship Id="rId104" Type="http://schemas.openxmlformats.org/officeDocument/2006/relationships/image" Target="media/image96.jpg"/><Relationship Id="rId105" Type="http://schemas.openxmlformats.org/officeDocument/2006/relationships/image" Target="media/image97.jpg"/><Relationship Id="rId106" Type="http://schemas.openxmlformats.org/officeDocument/2006/relationships/image" Target="media/image98.jpg"/><Relationship Id="rId107" Type="http://schemas.openxmlformats.org/officeDocument/2006/relationships/image" Target="media/image99.jpg"/><Relationship Id="rId108" Type="http://schemas.openxmlformats.org/officeDocument/2006/relationships/image" Target="media/image100.jpg"/><Relationship Id="rId109" Type="http://schemas.openxmlformats.org/officeDocument/2006/relationships/image" Target="media/image101.jpg"/><Relationship Id="rId110" Type="http://schemas.openxmlformats.org/officeDocument/2006/relationships/image" Target="media/image102.jpg"/><Relationship Id="rId111" Type="http://schemas.openxmlformats.org/officeDocument/2006/relationships/image" Target="media/image103.jpg"/><Relationship Id="rId112" Type="http://schemas.openxmlformats.org/officeDocument/2006/relationships/image" Target="media/image104.jpg"/><Relationship Id="rId113" Type="http://schemas.openxmlformats.org/officeDocument/2006/relationships/image" Target="media/image105.jpg"/><Relationship Id="rId114" Type="http://schemas.openxmlformats.org/officeDocument/2006/relationships/image" Target="media/image106.jpg"/><Relationship Id="rId115" Type="http://schemas.openxmlformats.org/officeDocument/2006/relationships/image" Target="media/image107.jpg"/><Relationship Id="rId116" Type="http://schemas.openxmlformats.org/officeDocument/2006/relationships/image" Target="media/image108.jpg"/><Relationship Id="rId117" Type="http://schemas.openxmlformats.org/officeDocument/2006/relationships/image" Target="media/image109.jpg"/><Relationship Id="rId118" Type="http://schemas.openxmlformats.org/officeDocument/2006/relationships/image" Target="media/image110.jpg"/><Relationship Id="rId119" Type="http://schemas.openxmlformats.org/officeDocument/2006/relationships/image" Target="media/image111.jpg"/><Relationship Id="rId120" Type="http://schemas.openxmlformats.org/officeDocument/2006/relationships/image" Target="media/image112.jpg"/><Relationship Id="rId121" Type="http://schemas.openxmlformats.org/officeDocument/2006/relationships/image" Target="media/image113.jpg"/><Relationship Id="rId122" Type="http://schemas.openxmlformats.org/officeDocument/2006/relationships/image" Target="media/image114.jpg"/><Relationship Id="rId123" Type="http://schemas.openxmlformats.org/officeDocument/2006/relationships/image" Target="media/image115.jpg"/><Relationship Id="rId124" Type="http://schemas.openxmlformats.org/officeDocument/2006/relationships/image" Target="media/image116.jpg"/><Relationship Id="rId125" Type="http://schemas.openxmlformats.org/officeDocument/2006/relationships/image" Target="media/image117.jpg"/><Relationship Id="rId126" Type="http://schemas.openxmlformats.org/officeDocument/2006/relationships/image" Target="media/image118.jpg"/><Relationship Id="rId127" Type="http://schemas.openxmlformats.org/officeDocument/2006/relationships/image" Target="media/image119.jpg"/><Relationship Id="rId128" Type="http://schemas.openxmlformats.org/officeDocument/2006/relationships/image" Target="media/image120.jpg"/><Relationship Id="rId129" Type="http://schemas.openxmlformats.org/officeDocument/2006/relationships/image" Target="media/image121.jpg"/><Relationship Id="rId130" Type="http://schemas.openxmlformats.org/officeDocument/2006/relationships/image" Target="media/image122.jpg"/><Relationship Id="rId131" Type="http://schemas.openxmlformats.org/officeDocument/2006/relationships/image" Target="media/image123.jpg"/><Relationship Id="rId132" Type="http://schemas.openxmlformats.org/officeDocument/2006/relationships/image" Target="media/image124.jpg"/><Relationship Id="rId133" Type="http://schemas.openxmlformats.org/officeDocument/2006/relationships/image" Target="media/image125.jpg"/><Relationship Id="rId134" Type="http://schemas.openxmlformats.org/officeDocument/2006/relationships/image" Target="media/image126.jpg"/><Relationship Id="rId135" Type="http://schemas.openxmlformats.org/officeDocument/2006/relationships/image" Target="media/image127.jpg"/><Relationship Id="rId136" Type="http://schemas.openxmlformats.org/officeDocument/2006/relationships/image" Target="media/image128.jpg"/><Relationship Id="rId137" Type="http://schemas.openxmlformats.org/officeDocument/2006/relationships/image" Target="media/image129.jpg"/><Relationship Id="rId138" Type="http://schemas.openxmlformats.org/officeDocument/2006/relationships/image" Target="media/image130.jpg"/><Relationship Id="rId139" Type="http://schemas.openxmlformats.org/officeDocument/2006/relationships/image" Target="media/image131.jpg"/><Relationship Id="rId140" Type="http://schemas.openxmlformats.org/officeDocument/2006/relationships/image" Target="media/image132.jpg"/><Relationship Id="rId141" Type="http://schemas.openxmlformats.org/officeDocument/2006/relationships/image" Target="media/image133.jpg"/><Relationship Id="rId142" Type="http://schemas.openxmlformats.org/officeDocument/2006/relationships/image" Target="media/image134.jpg"/><Relationship Id="rId143" Type="http://schemas.openxmlformats.org/officeDocument/2006/relationships/image" Target="media/image135.jpg"/><Relationship Id="rId144" Type="http://schemas.openxmlformats.org/officeDocument/2006/relationships/image" Target="media/image136.jpg"/><Relationship Id="rId145" Type="http://schemas.openxmlformats.org/officeDocument/2006/relationships/image" Target="media/image137.jpg"/><Relationship Id="rId146" Type="http://schemas.openxmlformats.org/officeDocument/2006/relationships/image" Target="media/image138.jpg"/><Relationship Id="rId147" Type="http://schemas.openxmlformats.org/officeDocument/2006/relationships/image" Target="media/image139.jpg"/><Relationship Id="rId148" Type="http://schemas.openxmlformats.org/officeDocument/2006/relationships/image" Target="media/image140.jpg"/><Relationship Id="rId149" Type="http://schemas.openxmlformats.org/officeDocument/2006/relationships/image" Target="media/image141.jpg"/><Relationship Id="rId150" Type="http://schemas.openxmlformats.org/officeDocument/2006/relationships/image" Target="media/image142.jpg"/><Relationship Id="rId151" Type="http://schemas.openxmlformats.org/officeDocument/2006/relationships/image" Target="media/image143.jpg"/><Relationship Id="rId152" Type="http://schemas.openxmlformats.org/officeDocument/2006/relationships/image" Target="media/image144.jpg"/><Relationship Id="rId153" Type="http://schemas.openxmlformats.org/officeDocument/2006/relationships/image" Target="media/image145.jpg"/><Relationship Id="rId154" Type="http://schemas.openxmlformats.org/officeDocument/2006/relationships/image" Target="media/image146.jpg"/><Relationship Id="rId155" Type="http://schemas.openxmlformats.org/officeDocument/2006/relationships/image" Target="media/image147.jpg"/><Relationship Id="rId156" Type="http://schemas.openxmlformats.org/officeDocument/2006/relationships/image" Target="media/image148.jpg"/><Relationship Id="rId157" Type="http://schemas.openxmlformats.org/officeDocument/2006/relationships/image" Target="media/image149.jpg"/><Relationship Id="rId158" Type="http://schemas.openxmlformats.org/officeDocument/2006/relationships/image" Target="media/image150.jpg"/><Relationship Id="rId159" Type="http://schemas.openxmlformats.org/officeDocument/2006/relationships/image" Target="media/image151.jpg"/><Relationship Id="rId160" Type="http://schemas.openxmlformats.org/officeDocument/2006/relationships/image" Target="media/image15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